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BF8F0" w14:textId="77777777" w:rsidR="002F1D84" w:rsidRDefault="002F1D84" w:rsidP="008D0A8B">
      <w:pPr>
        <w:pStyle w:val="Nagwek1"/>
        <w:jc w:val="center"/>
        <w:rPr>
          <w:rFonts w:eastAsia="Arial" w:cstheme="majorHAnsi"/>
          <w:color w:val="auto"/>
        </w:rPr>
      </w:pPr>
    </w:p>
    <w:p w14:paraId="6C8AE698" w14:textId="0D77C20C" w:rsidR="008C45C1" w:rsidRPr="00853444" w:rsidRDefault="00000000" w:rsidP="008D0A8B">
      <w:pPr>
        <w:pStyle w:val="Nagwek1"/>
        <w:jc w:val="center"/>
        <w:rPr>
          <w:rFonts w:cstheme="majorHAnsi"/>
          <w:color w:val="auto"/>
        </w:rPr>
      </w:pPr>
      <w:r w:rsidRPr="00853444">
        <w:rPr>
          <w:rFonts w:eastAsia="Arial" w:cstheme="majorHAnsi"/>
          <w:color w:val="auto"/>
        </w:rPr>
        <w:t>ZAŁĄCZNIK NR 2 – FORMULARZ ZGŁOSZENIOWY</w:t>
      </w:r>
    </w:p>
    <w:tbl>
      <w:tblPr>
        <w:tblStyle w:val="Tabela-Siatka"/>
        <w:tblW w:w="5238" w:type="pct"/>
        <w:jc w:val="center"/>
        <w:tblLook w:val="04A0" w:firstRow="1" w:lastRow="0" w:firstColumn="1" w:lastColumn="0" w:noHBand="0" w:noVBand="1"/>
      </w:tblPr>
      <w:tblGrid>
        <w:gridCol w:w="3361"/>
        <w:gridCol w:w="6132"/>
      </w:tblGrid>
      <w:tr w:rsidR="008C45C1" w:rsidRPr="000A1C11" w14:paraId="70870767" w14:textId="77777777" w:rsidTr="00C31307">
        <w:trPr>
          <w:jc w:val="center"/>
        </w:trPr>
        <w:tc>
          <w:tcPr>
            <w:tcW w:w="33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BD41A4" w14:textId="77777777" w:rsidR="008C45C1" w:rsidRPr="00C31307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C31307">
              <w:rPr>
                <w:rFonts w:asciiTheme="majorHAnsi" w:hAnsiTheme="majorHAnsi" w:cstheme="majorHAnsi"/>
                <w:b/>
                <w:color w:val="000000"/>
                <w:sz w:val="22"/>
              </w:rPr>
              <w:t>Pełna nazwa Placówki</w:t>
            </w:r>
          </w:p>
        </w:tc>
        <w:tc>
          <w:tcPr>
            <w:tcW w:w="61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8C0420" w14:textId="77777777" w:rsidR="008C45C1" w:rsidRPr="00C31307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C31307">
              <w:rPr>
                <w:rFonts w:asciiTheme="majorHAnsi" w:hAnsiTheme="majorHAnsi" w:cstheme="majorHAnsi"/>
                <w:color w:val="000000"/>
                <w:sz w:val="22"/>
              </w:rPr>
              <w:br/>
            </w:r>
          </w:p>
        </w:tc>
      </w:tr>
      <w:tr w:rsidR="008C45C1" w:rsidRPr="000A1C11" w14:paraId="0AF611EF" w14:textId="77777777" w:rsidTr="00C31307">
        <w:trPr>
          <w:jc w:val="center"/>
        </w:trPr>
        <w:tc>
          <w:tcPr>
            <w:tcW w:w="33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33FB13" w14:textId="77777777" w:rsidR="008C45C1" w:rsidRPr="00C31307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C31307">
              <w:rPr>
                <w:rFonts w:asciiTheme="majorHAnsi" w:hAnsiTheme="majorHAnsi" w:cstheme="majorHAnsi"/>
                <w:b/>
                <w:color w:val="000000"/>
                <w:sz w:val="22"/>
              </w:rPr>
              <w:t>Adres Placówki</w:t>
            </w:r>
          </w:p>
        </w:tc>
        <w:tc>
          <w:tcPr>
            <w:tcW w:w="61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33B6BB" w14:textId="77777777" w:rsidR="008C45C1" w:rsidRPr="00C31307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C31307">
              <w:rPr>
                <w:rFonts w:asciiTheme="majorHAnsi" w:hAnsiTheme="majorHAnsi" w:cstheme="majorHAnsi"/>
                <w:color w:val="000000"/>
                <w:sz w:val="22"/>
              </w:rPr>
              <w:br/>
            </w:r>
          </w:p>
        </w:tc>
      </w:tr>
      <w:tr w:rsidR="008C45C1" w:rsidRPr="000A1C11" w14:paraId="24A02703" w14:textId="77777777" w:rsidTr="00C31307">
        <w:trPr>
          <w:jc w:val="center"/>
        </w:trPr>
        <w:tc>
          <w:tcPr>
            <w:tcW w:w="33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D1AA3D1" w14:textId="77777777" w:rsidR="008C45C1" w:rsidRPr="00C31307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C31307">
              <w:rPr>
                <w:rFonts w:asciiTheme="majorHAnsi" w:hAnsiTheme="majorHAnsi" w:cstheme="majorHAnsi"/>
                <w:b/>
                <w:color w:val="000000"/>
                <w:sz w:val="22"/>
              </w:rPr>
              <w:t>Telefon i e-mail Placówki</w:t>
            </w:r>
          </w:p>
        </w:tc>
        <w:tc>
          <w:tcPr>
            <w:tcW w:w="61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0B3FED" w14:textId="77777777" w:rsidR="008C45C1" w:rsidRPr="00C31307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C31307">
              <w:rPr>
                <w:rFonts w:asciiTheme="majorHAnsi" w:hAnsiTheme="majorHAnsi" w:cstheme="majorHAnsi"/>
                <w:color w:val="000000"/>
                <w:sz w:val="22"/>
              </w:rPr>
              <w:br/>
            </w:r>
          </w:p>
        </w:tc>
      </w:tr>
      <w:tr w:rsidR="008C45C1" w:rsidRPr="000A1C11" w14:paraId="10B59A22" w14:textId="77777777" w:rsidTr="00C31307">
        <w:trPr>
          <w:jc w:val="center"/>
        </w:trPr>
        <w:tc>
          <w:tcPr>
            <w:tcW w:w="33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05759C" w14:textId="21813833" w:rsidR="008C45C1" w:rsidRPr="00C31307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C31307">
              <w:rPr>
                <w:rFonts w:asciiTheme="majorHAnsi" w:hAnsiTheme="majorHAnsi" w:cstheme="majorHAnsi"/>
                <w:b/>
                <w:color w:val="000000"/>
                <w:sz w:val="22"/>
              </w:rPr>
              <w:t>NIP</w:t>
            </w:r>
            <w:r w:rsidR="00260D80">
              <w:rPr>
                <w:rFonts w:asciiTheme="majorHAnsi" w:hAnsiTheme="majorHAnsi" w:cstheme="majorHAnsi"/>
                <w:b/>
                <w:color w:val="000000"/>
                <w:sz w:val="22"/>
              </w:rPr>
              <w:t xml:space="preserve"> lub REGON</w:t>
            </w:r>
          </w:p>
        </w:tc>
        <w:tc>
          <w:tcPr>
            <w:tcW w:w="61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7D9B23" w14:textId="77777777" w:rsidR="008C45C1" w:rsidRPr="00C31307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C31307">
              <w:rPr>
                <w:rFonts w:asciiTheme="majorHAnsi" w:hAnsiTheme="majorHAnsi" w:cstheme="majorHAnsi"/>
                <w:color w:val="000000"/>
                <w:sz w:val="22"/>
              </w:rPr>
              <w:br/>
            </w:r>
          </w:p>
        </w:tc>
      </w:tr>
      <w:tr w:rsidR="008C45C1" w:rsidRPr="000A1C11" w14:paraId="736D7E05" w14:textId="77777777" w:rsidTr="00C31307">
        <w:trPr>
          <w:jc w:val="center"/>
        </w:trPr>
        <w:tc>
          <w:tcPr>
            <w:tcW w:w="33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E6CD1D" w14:textId="77777777" w:rsidR="008C45C1" w:rsidRPr="00C31307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C31307">
              <w:rPr>
                <w:rFonts w:asciiTheme="majorHAnsi" w:hAnsiTheme="majorHAnsi" w:cstheme="majorHAnsi"/>
                <w:b/>
                <w:color w:val="000000"/>
                <w:sz w:val="22"/>
              </w:rPr>
              <w:t>Nazwa organu prowadzącego</w:t>
            </w:r>
          </w:p>
        </w:tc>
        <w:tc>
          <w:tcPr>
            <w:tcW w:w="61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57A54E" w14:textId="77777777" w:rsidR="008C45C1" w:rsidRPr="00C31307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C31307">
              <w:rPr>
                <w:rFonts w:asciiTheme="majorHAnsi" w:hAnsiTheme="majorHAnsi" w:cstheme="majorHAnsi"/>
                <w:color w:val="000000"/>
                <w:sz w:val="22"/>
              </w:rPr>
              <w:br/>
            </w:r>
          </w:p>
        </w:tc>
      </w:tr>
      <w:tr w:rsidR="008C45C1" w:rsidRPr="000A1C11" w14:paraId="3EF6B32F" w14:textId="77777777" w:rsidTr="00C31307">
        <w:trPr>
          <w:jc w:val="center"/>
        </w:trPr>
        <w:tc>
          <w:tcPr>
            <w:tcW w:w="33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887A1B" w14:textId="77777777" w:rsidR="008C45C1" w:rsidRPr="00C31307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C31307">
              <w:rPr>
                <w:rFonts w:asciiTheme="majorHAnsi" w:hAnsiTheme="majorHAnsi" w:cstheme="majorHAnsi"/>
                <w:b/>
                <w:color w:val="000000"/>
                <w:sz w:val="22"/>
              </w:rPr>
              <w:t>Imię i nazwisko dyrektora</w:t>
            </w:r>
          </w:p>
        </w:tc>
        <w:tc>
          <w:tcPr>
            <w:tcW w:w="61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C1340C" w14:textId="77777777" w:rsidR="008C45C1" w:rsidRPr="00C31307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C31307">
              <w:rPr>
                <w:rFonts w:asciiTheme="majorHAnsi" w:hAnsiTheme="majorHAnsi" w:cstheme="majorHAnsi"/>
                <w:color w:val="000000"/>
                <w:sz w:val="22"/>
              </w:rPr>
              <w:br/>
            </w:r>
          </w:p>
        </w:tc>
      </w:tr>
      <w:tr w:rsidR="008C45C1" w:rsidRPr="000A1C11" w14:paraId="619AF94A" w14:textId="77777777" w:rsidTr="00C31307">
        <w:trPr>
          <w:jc w:val="center"/>
        </w:trPr>
        <w:tc>
          <w:tcPr>
            <w:tcW w:w="33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44F19C" w14:textId="77777777" w:rsidR="008C45C1" w:rsidRPr="00C31307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C31307">
              <w:rPr>
                <w:rFonts w:asciiTheme="majorHAnsi" w:hAnsiTheme="majorHAnsi" w:cstheme="majorHAnsi"/>
                <w:b/>
                <w:color w:val="000000"/>
                <w:sz w:val="22"/>
              </w:rPr>
              <w:t>Liczba dzieci/uczniów w Placówce</w:t>
            </w:r>
          </w:p>
        </w:tc>
        <w:tc>
          <w:tcPr>
            <w:tcW w:w="61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F5B7DB" w14:textId="77777777" w:rsidR="008C45C1" w:rsidRPr="00C31307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C31307">
              <w:rPr>
                <w:rFonts w:asciiTheme="majorHAnsi" w:hAnsiTheme="majorHAnsi" w:cstheme="majorHAnsi"/>
                <w:color w:val="000000"/>
                <w:sz w:val="22"/>
              </w:rPr>
              <w:br/>
            </w:r>
          </w:p>
        </w:tc>
      </w:tr>
      <w:tr w:rsidR="008C45C1" w:rsidRPr="000A1C11" w14:paraId="20D21187" w14:textId="77777777" w:rsidTr="00C31307">
        <w:trPr>
          <w:jc w:val="center"/>
        </w:trPr>
        <w:tc>
          <w:tcPr>
            <w:tcW w:w="33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5A7695" w14:textId="77777777" w:rsidR="008C45C1" w:rsidRPr="00C31307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C31307">
              <w:rPr>
                <w:rFonts w:asciiTheme="majorHAnsi" w:hAnsiTheme="majorHAnsi" w:cstheme="majorHAnsi"/>
                <w:b/>
                <w:color w:val="000000"/>
                <w:sz w:val="22"/>
              </w:rPr>
              <w:t>Imię i nazwisko koordynatora</w:t>
            </w:r>
          </w:p>
        </w:tc>
        <w:tc>
          <w:tcPr>
            <w:tcW w:w="61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83FEC8" w14:textId="77777777" w:rsidR="008C45C1" w:rsidRPr="00C31307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C31307">
              <w:rPr>
                <w:rFonts w:asciiTheme="majorHAnsi" w:hAnsiTheme="majorHAnsi" w:cstheme="majorHAnsi"/>
                <w:color w:val="000000"/>
                <w:sz w:val="22"/>
              </w:rPr>
              <w:br/>
            </w:r>
          </w:p>
        </w:tc>
      </w:tr>
      <w:tr w:rsidR="008C45C1" w:rsidRPr="000A1C11" w14:paraId="0F5ECB3A" w14:textId="77777777" w:rsidTr="00C31307">
        <w:trPr>
          <w:jc w:val="center"/>
        </w:trPr>
        <w:tc>
          <w:tcPr>
            <w:tcW w:w="33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5F73DD6" w14:textId="77777777" w:rsidR="008C45C1" w:rsidRPr="00C31307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C31307">
              <w:rPr>
                <w:rFonts w:asciiTheme="majorHAnsi" w:hAnsiTheme="majorHAnsi" w:cstheme="majorHAnsi"/>
                <w:b/>
                <w:color w:val="000000"/>
                <w:sz w:val="22"/>
              </w:rPr>
              <w:t>Telefon służbowy koordynatora</w:t>
            </w:r>
          </w:p>
        </w:tc>
        <w:tc>
          <w:tcPr>
            <w:tcW w:w="61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0C13C1" w14:textId="77777777" w:rsidR="008C45C1" w:rsidRPr="00C31307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C31307">
              <w:rPr>
                <w:rFonts w:asciiTheme="majorHAnsi" w:hAnsiTheme="majorHAnsi" w:cstheme="majorHAnsi"/>
                <w:color w:val="000000"/>
                <w:sz w:val="22"/>
              </w:rPr>
              <w:br/>
            </w:r>
          </w:p>
        </w:tc>
      </w:tr>
      <w:tr w:rsidR="008C45C1" w:rsidRPr="000A1C11" w14:paraId="4BAFCE48" w14:textId="77777777" w:rsidTr="00C31307">
        <w:trPr>
          <w:jc w:val="center"/>
        </w:trPr>
        <w:tc>
          <w:tcPr>
            <w:tcW w:w="33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A72A11" w14:textId="77777777" w:rsidR="008C45C1" w:rsidRPr="00C31307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C31307">
              <w:rPr>
                <w:rFonts w:asciiTheme="majorHAnsi" w:hAnsiTheme="majorHAnsi" w:cstheme="majorHAnsi"/>
                <w:b/>
                <w:color w:val="000000"/>
                <w:sz w:val="22"/>
              </w:rPr>
              <w:t>Służbowy adres e-mail koordynatora</w:t>
            </w:r>
          </w:p>
        </w:tc>
        <w:tc>
          <w:tcPr>
            <w:tcW w:w="61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059848" w14:textId="77777777" w:rsidR="008C45C1" w:rsidRPr="00C31307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C31307">
              <w:rPr>
                <w:rFonts w:asciiTheme="majorHAnsi" w:hAnsiTheme="majorHAnsi" w:cstheme="majorHAnsi"/>
                <w:color w:val="000000"/>
                <w:sz w:val="22"/>
              </w:rPr>
              <w:br/>
            </w:r>
          </w:p>
        </w:tc>
      </w:tr>
      <w:tr w:rsidR="008C45C1" w:rsidRPr="000A1C11" w14:paraId="201B6A7A" w14:textId="77777777" w:rsidTr="00C31307">
        <w:trPr>
          <w:jc w:val="center"/>
        </w:trPr>
        <w:tc>
          <w:tcPr>
            <w:tcW w:w="33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2898EFA" w14:textId="77777777" w:rsidR="008C45C1" w:rsidRPr="00C31307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C31307">
              <w:rPr>
                <w:rFonts w:asciiTheme="majorHAnsi" w:hAnsiTheme="majorHAnsi" w:cstheme="majorHAnsi"/>
                <w:b/>
                <w:color w:val="000000"/>
                <w:sz w:val="22"/>
              </w:rPr>
              <w:t>Deklarowana liczba uczestników Programu</w:t>
            </w:r>
          </w:p>
        </w:tc>
        <w:tc>
          <w:tcPr>
            <w:tcW w:w="61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23ED918" w14:textId="77777777" w:rsidR="008C45C1" w:rsidRPr="00C31307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C31307">
              <w:rPr>
                <w:rFonts w:asciiTheme="majorHAnsi" w:hAnsiTheme="majorHAnsi" w:cstheme="majorHAnsi"/>
                <w:color w:val="000000"/>
                <w:sz w:val="22"/>
              </w:rPr>
              <w:br/>
            </w:r>
          </w:p>
        </w:tc>
      </w:tr>
    </w:tbl>
    <w:p w14:paraId="75D3BBD3" w14:textId="77777777" w:rsidR="00C31307" w:rsidRDefault="00C31307" w:rsidP="00C31307">
      <w:pPr>
        <w:pStyle w:val="Nagwek2"/>
        <w:spacing w:before="0" w:after="0"/>
        <w:rPr>
          <w:rFonts w:eastAsia="Arial" w:cstheme="majorHAnsi"/>
          <w:sz w:val="24"/>
          <w:szCs w:val="24"/>
        </w:rPr>
      </w:pPr>
    </w:p>
    <w:p w14:paraId="56D08E5B" w14:textId="379BFA07" w:rsidR="008C45C1" w:rsidRPr="00C31307" w:rsidRDefault="00000000" w:rsidP="00C31307">
      <w:pPr>
        <w:pStyle w:val="Nagwek2"/>
        <w:spacing w:before="0" w:after="0"/>
        <w:rPr>
          <w:rFonts w:cstheme="majorHAnsi"/>
          <w:sz w:val="24"/>
          <w:szCs w:val="24"/>
        </w:rPr>
      </w:pPr>
      <w:r w:rsidRPr="00C31307">
        <w:rPr>
          <w:rFonts w:eastAsia="Arial" w:cstheme="majorHAnsi"/>
          <w:sz w:val="24"/>
          <w:szCs w:val="24"/>
        </w:rPr>
        <w:t>OŚWIADCZENIA DYREKTORA</w:t>
      </w:r>
    </w:p>
    <w:p w14:paraId="19F21034" w14:textId="77777777" w:rsidR="008C45C1" w:rsidRPr="000A1C11" w:rsidRDefault="00000000">
      <w:pPr>
        <w:rPr>
          <w:rFonts w:asciiTheme="majorHAnsi" w:hAnsiTheme="majorHAnsi" w:cstheme="majorHAnsi"/>
        </w:rPr>
      </w:pPr>
      <w:r w:rsidRPr="000A1C11">
        <w:rPr>
          <w:rFonts w:ascii="Segoe UI Symbol" w:hAnsi="Segoe UI Symbol" w:cs="Segoe UI Symbol"/>
          <w:sz w:val="20"/>
        </w:rPr>
        <w:t>☐</w:t>
      </w:r>
      <w:r w:rsidRPr="000A1C11">
        <w:rPr>
          <w:rFonts w:asciiTheme="majorHAnsi" w:hAnsiTheme="majorHAnsi" w:cstheme="majorHAnsi"/>
          <w:sz w:val="20"/>
        </w:rPr>
        <w:t xml:space="preserve">  zapoznałem(-</w:t>
      </w:r>
      <w:proofErr w:type="spellStart"/>
      <w:r w:rsidRPr="000A1C11">
        <w:rPr>
          <w:rFonts w:asciiTheme="majorHAnsi" w:hAnsiTheme="majorHAnsi" w:cstheme="majorHAnsi"/>
          <w:sz w:val="20"/>
        </w:rPr>
        <w:t>am</w:t>
      </w:r>
      <w:proofErr w:type="spellEnd"/>
      <w:r w:rsidRPr="000A1C11">
        <w:rPr>
          <w:rFonts w:asciiTheme="majorHAnsi" w:hAnsiTheme="majorHAnsi" w:cstheme="majorHAnsi"/>
          <w:sz w:val="20"/>
        </w:rPr>
        <w:t>) się z Regulaminem Programu i akceptuję jego warunki;</w:t>
      </w:r>
    </w:p>
    <w:p w14:paraId="766457E1" w14:textId="77777777" w:rsidR="008C45C1" w:rsidRPr="000A1C11" w:rsidRDefault="00000000" w:rsidP="00F209E7">
      <w:pPr>
        <w:jc w:val="both"/>
        <w:rPr>
          <w:rFonts w:asciiTheme="majorHAnsi" w:hAnsiTheme="majorHAnsi" w:cstheme="majorHAnsi"/>
        </w:rPr>
      </w:pPr>
      <w:r w:rsidRPr="000A1C11">
        <w:rPr>
          <w:rFonts w:ascii="Segoe UI Symbol" w:hAnsi="Segoe UI Symbol" w:cs="Segoe UI Symbol"/>
          <w:sz w:val="20"/>
        </w:rPr>
        <w:t>☐</w:t>
      </w:r>
      <w:r w:rsidRPr="000A1C11">
        <w:rPr>
          <w:rFonts w:asciiTheme="majorHAnsi" w:hAnsiTheme="majorHAnsi" w:cstheme="majorHAnsi"/>
          <w:sz w:val="20"/>
        </w:rPr>
        <w:t xml:space="preserve">  wyznaczam wskazanego koordynatora i zapewniam warunki organizacyjne do realizacji projektu;</w:t>
      </w:r>
    </w:p>
    <w:p w14:paraId="028C4D66" w14:textId="77777777" w:rsidR="008C45C1" w:rsidRPr="000A1C11" w:rsidRDefault="00000000" w:rsidP="00F209E7">
      <w:pPr>
        <w:jc w:val="both"/>
        <w:rPr>
          <w:rFonts w:asciiTheme="majorHAnsi" w:hAnsiTheme="majorHAnsi" w:cstheme="majorHAnsi"/>
        </w:rPr>
      </w:pPr>
      <w:r w:rsidRPr="000A1C11">
        <w:rPr>
          <w:rFonts w:ascii="Segoe UI Symbol" w:hAnsi="Segoe UI Symbol" w:cs="Segoe UI Symbol"/>
        </w:rPr>
        <w:t>☐</w:t>
      </w:r>
      <w:r w:rsidRPr="000A1C11">
        <w:rPr>
          <w:rFonts w:asciiTheme="majorHAnsi" w:hAnsiTheme="majorHAnsi" w:cstheme="majorHAnsi"/>
        </w:rPr>
        <w:t xml:space="preserve">  </w:t>
      </w:r>
      <w:r w:rsidRPr="000A1C11">
        <w:rPr>
          <w:rFonts w:asciiTheme="majorHAnsi" w:hAnsiTheme="majorHAnsi" w:cstheme="majorHAnsi"/>
          <w:sz w:val="20"/>
          <w:szCs w:val="20"/>
        </w:rPr>
        <w:t>potwierdzam, że wskazany koordynator został poinformowany o przekazaniu Realizatorom jego służbowych danych kontaktowych i o ich wykorzystaniu w sprawach związanych z realizacją Programu.</w:t>
      </w:r>
    </w:p>
    <w:p w14:paraId="75A6C9E8" w14:textId="77777777" w:rsidR="000A1C11" w:rsidRDefault="000A1C11">
      <w:pPr>
        <w:rPr>
          <w:rFonts w:asciiTheme="majorHAnsi" w:hAnsiTheme="majorHAnsi" w:cstheme="majorHAnsi"/>
        </w:rPr>
      </w:pPr>
    </w:p>
    <w:p w14:paraId="5BF4BDC3" w14:textId="61F4C28D" w:rsidR="00C31307" w:rsidRDefault="00C31307">
      <w:pPr>
        <w:rPr>
          <w:rFonts w:asciiTheme="majorHAnsi" w:hAnsiTheme="majorHAnsi" w:cstheme="majorHAnsi"/>
          <w:sz w:val="22"/>
        </w:rPr>
      </w:pPr>
    </w:p>
    <w:p w14:paraId="18D3E31B" w14:textId="77777777" w:rsidR="00C31307" w:rsidRDefault="00C31307">
      <w:pPr>
        <w:rPr>
          <w:rFonts w:asciiTheme="majorHAnsi" w:hAnsiTheme="majorHAnsi" w:cstheme="majorHAnsi"/>
          <w:sz w:val="22"/>
        </w:rPr>
      </w:pPr>
    </w:p>
    <w:p w14:paraId="5B8202DE" w14:textId="3FDB5265" w:rsidR="008C45C1" w:rsidRPr="00C31307" w:rsidRDefault="00000000">
      <w:pPr>
        <w:rPr>
          <w:rFonts w:asciiTheme="majorHAnsi" w:hAnsiTheme="majorHAnsi" w:cstheme="majorHAnsi"/>
          <w:sz w:val="22"/>
        </w:rPr>
      </w:pPr>
      <w:r w:rsidRPr="00C31307">
        <w:rPr>
          <w:rFonts w:asciiTheme="majorHAnsi" w:hAnsiTheme="majorHAnsi" w:cstheme="majorHAnsi"/>
          <w:sz w:val="22"/>
        </w:rPr>
        <w:t>Miejscowość i data: .........................................................</w:t>
      </w:r>
    </w:p>
    <w:p w14:paraId="0CB682B1" w14:textId="77777777" w:rsidR="000A1C11" w:rsidRPr="00C31307" w:rsidRDefault="000A1C11">
      <w:pPr>
        <w:rPr>
          <w:rFonts w:asciiTheme="majorHAnsi" w:hAnsiTheme="majorHAnsi" w:cstheme="majorHAnsi"/>
          <w:sz w:val="22"/>
        </w:rPr>
      </w:pPr>
    </w:p>
    <w:p w14:paraId="26917433" w14:textId="2E50846B" w:rsidR="00260D80" w:rsidRPr="00C31307" w:rsidRDefault="00000000">
      <w:pPr>
        <w:rPr>
          <w:rFonts w:asciiTheme="majorHAnsi" w:hAnsiTheme="majorHAnsi" w:cstheme="majorHAnsi"/>
          <w:sz w:val="22"/>
        </w:rPr>
        <w:sectPr w:rsidR="00260D80" w:rsidRPr="00C31307" w:rsidSect="002F1D84">
          <w:footerReference w:type="default" r:id="rId8"/>
          <w:pgSz w:w="11906" w:h="16838"/>
          <w:pgMar w:top="284" w:right="1417" w:bottom="1417" w:left="1417" w:header="454" w:footer="454" w:gutter="0"/>
          <w:cols w:space="720"/>
          <w:titlePg/>
          <w:docGrid w:linePitch="360"/>
        </w:sectPr>
      </w:pPr>
      <w:r w:rsidRPr="00C31307">
        <w:rPr>
          <w:rFonts w:asciiTheme="majorHAnsi" w:hAnsiTheme="majorHAnsi" w:cstheme="majorHAnsi"/>
          <w:sz w:val="22"/>
        </w:rPr>
        <w:br/>
        <w:t>Podpis dyrektora/osoby upoważnionej: ..................................................</w:t>
      </w:r>
    </w:p>
    <w:p w14:paraId="468D3F67" w14:textId="7D785CAD" w:rsidR="008C45C1" w:rsidRPr="000A1C11" w:rsidRDefault="008C45C1" w:rsidP="00260D80">
      <w:pPr>
        <w:pStyle w:val="Nagwek1"/>
        <w:rPr>
          <w:rFonts w:cstheme="majorHAnsi"/>
        </w:rPr>
      </w:pPr>
    </w:p>
    <w:sectPr w:rsidR="008C45C1" w:rsidRPr="000A1C11" w:rsidSect="00260D80">
      <w:pgSz w:w="11906" w:h="16838"/>
      <w:pgMar w:top="0" w:right="850" w:bottom="850" w:left="85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7C9A6" w14:textId="77777777" w:rsidR="00CB0332" w:rsidRDefault="00CB0332">
      <w:pPr>
        <w:spacing w:after="0" w:line="240" w:lineRule="auto"/>
      </w:pPr>
      <w:r>
        <w:separator/>
      </w:r>
    </w:p>
  </w:endnote>
  <w:endnote w:type="continuationSeparator" w:id="0">
    <w:p w14:paraId="3EF1C99D" w14:textId="77777777" w:rsidR="00CB0332" w:rsidRDefault="00CB0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EBB78" w14:textId="4C032C98" w:rsidR="008C45C1" w:rsidRPr="003D20CC" w:rsidRDefault="008C45C1">
    <w:pPr>
      <w:tabs>
        <w:tab w:val="right" w:pos="9071"/>
      </w:tabs>
      <w:rPr>
        <w:rFonts w:asciiTheme="majorHAnsi" w:hAnsiTheme="majorHAnsi" w:cs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1EBAE" w14:textId="77777777" w:rsidR="00CB0332" w:rsidRDefault="00CB0332">
      <w:pPr>
        <w:spacing w:after="0" w:line="240" w:lineRule="auto"/>
      </w:pPr>
      <w:r>
        <w:separator/>
      </w:r>
    </w:p>
  </w:footnote>
  <w:footnote w:type="continuationSeparator" w:id="0">
    <w:p w14:paraId="480C1914" w14:textId="77777777" w:rsidR="00CB0332" w:rsidRDefault="00CB03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78F4A73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FFFFFF89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9" w15:restartNumberingAfterBreak="0">
    <w:nsid w:val="168823A6"/>
    <w:multiLevelType w:val="hybridMultilevel"/>
    <w:tmpl w:val="AB6CBF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6B26D27"/>
    <w:multiLevelType w:val="hybridMultilevel"/>
    <w:tmpl w:val="59F441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3C5053"/>
    <w:multiLevelType w:val="hybridMultilevel"/>
    <w:tmpl w:val="B76C42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7B1CBF"/>
    <w:multiLevelType w:val="hybridMultilevel"/>
    <w:tmpl w:val="0F10240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0FD095F"/>
    <w:multiLevelType w:val="hybridMultilevel"/>
    <w:tmpl w:val="118C8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525807"/>
    <w:multiLevelType w:val="hybridMultilevel"/>
    <w:tmpl w:val="56A43254"/>
    <w:lvl w:ilvl="0" w:tplc="215E6B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9932CD3"/>
    <w:multiLevelType w:val="hybridMultilevel"/>
    <w:tmpl w:val="AA6218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3773C7"/>
    <w:multiLevelType w:val="hybridMultilevel"/>
    <w:tmpl w:val="CA4695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8F7192D"/>
    <w:multiLevelType w:val="hybridMultilevel"/>
    <w:tmpl w:val="FF1C9D0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6317897"/>
    <w:multiLevelType w:val="hybridMultilevel"/>
    <w:tmpl w:val="1C5EB3B6"/>
    <w:lvl w:ilvl="0" w:tplc="FD88DD2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BA0A5E"/>
    <w:multiLevelType w:val="hybridMultilevel"/>
    <w:tmpl w:val="6F00D2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6D6196"/>
    <w:multiLevelType w:val="hybridMultilevel"/>
    <w:tmpl w:val="ECF4E80E"/>
    <w:lvl w:ilvl="0" w:tplc="C22A5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5909893">
    <w:abstractNumId w:val="8"/>
  </w:num>
  <w:num w:numId="2" w16cid:durableId="755248953">
    <w:abstractNumId w:val="6"/>
  </w:num>
  <w:num w:numId="3" w16cid:durableId="699430476">
    <w:abstractNumId w:val="5"/>
  </w:num>
  <w:num w:numId="4" w16cid:durableId="1020086522">
    <w:abstractNumId w:val="4"/>
  </w:num>
  <w:num w:numId="5" w16cid:durableId="1610895885">
    <w:abstractNumId w:val="7"/>
  </w:num>
  <w:num w:numId="6" w16cid:durableId="1109855387">
    <w:abstractNumId w:val="3"/>
  </w:num>
  <w:num w:numId="7" w16cid:durableId="1658534933">
    <w:abstractNumId w:val="2"/>
  </w:num>
  <w:num w:numId="8" w16cid:durableId="1869487206">
    <w:abstractNumId w:val="1"/>
  </w:num>
  <w:num w:numId="9" w16cid:durableId="1501234069">
    <w:abstractNumId w:val="0"/>
  </w:num>
  <w:num w:numId="10" w16cid:durableId="256987613">
    <w:abstractNumId w:val="16"/>
  </w:num>
  <w:num w:numId="11" w16cid:durableId="1412462937">
    <w:abstractNumId w:val="10"/>
  </w:num>
  <w:num w:numId="12" w16cid:durableId="431243875">
    <w:abstractNumId w:val="9"/>
  </w:num>
  <w:num w:numId="13" w16cid:durableId="2004310628">
    <w:abstractNumId w:val="17"/>
  </w:num>
  <w:num w:numId="14" w16cid:durableId="1296645538">
    <w:abstractNumId w:val="14"/>
  </w:num>
  <w:num w:numId="15" w16cid:durableId="473068152">
    <w:abstractNumId w:val="13"/>
  </w:num>
  <w:num w:numId="16" w16cid:durableId="2142530499">
    <w:abstractNumId w:val="15"/>
  </w:num>
  <w:num w:numId="17" w16cid:durableId="24916060">
    <w:abstractNumId w:val="18"/>
  </w:num>
  <w:num w:numId="18" w16cid:durableId="1865089663">
    <w:abstractNumId w:val="20"/>
  </w:num>
  <w:num w:numId="19" w16cid:durableId="884295871">
    <w:abstractNumId w:val="7"/>
    <w:lvlOverride w:ilvl="0">
      <w:startOverride w:val="1"/>
    </w:lvlOverride>
  </w:num>
  <w:num w:numId="20" w16cid:durableId="2023310694">
    <w:abstractNumId w:val="7"/>
    <w:lvlOverride w:ilvl="0">
      <w:startOverride w:val="1"/>
    </w:lvlOverride>
  </w:num>
  <w:num w:numId="21" w16cid:durableId="1633487659">
    <w:abstractNumId w:val="7"/>
    <w:lvlOverride w:ilvl="0">
      <w:startOverride w:val="1"/>
    </w:lvlOverride>
  </w:num>
  <w:num w:numId="22" w16cid:durableId="1021393153">
    <w:abstractNumId w:val="11"/>
  </w:num>
  <w:num w:numId="23" w16cid:durableId="1237544731">
    <w:abstractNumId w:val="12"/>
  </w:num>
  <w:num w:numId="24" w16cid:durableId="158402146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E48"/>
    <w:rsid w:val="00034616"/>
    <w:rsid w:val="000525F9"/>
    <w:rsid w:val="0006063C"/>
    <w:rsid w:val="0006509B"/>
    <w:rsid w:val="00074DCF"/>
    <w:rsid w:val="000A0B27"/>
    <w:rsid w:val="000A1C11"/>
    <w:rsid w:val="000E0B05"/>
    <w:rsid w:val="001040B7"/>
    <w:rsid w:val="00133B9D"/>
    <w:rsid w:val="0015074B"/>
    <w:rsid w:val="00172D68"/>
    <w:rsid w:val="001C0D78"/>
    <w:rsid w:val="001C502E"/>
    <w:rsid w:val="00206D2F"/>
    <w:rsid w:val="00220A56"/>
    <w:rsid w:val="002235CA"/>
    <w:rsid w:val="002475AA"/>
    <w:rsid w:val="00260D80"/>
    <w:rsid w:val="0029455A"/>
    <w:rsid w:val="0029639D"/>
    <w:rsid w:val="002B21E9"/>
    <w:rsid w:val="002B5032"/>
    <w:rsid w:val="002C3C3C"/>
    <w:rsid w:val="002C4C00"/>
    <w:rsid w:val="002E5F64"/>
    <w:rsid w:val="002F09A0"/>
    <w:rsid w:val="002F1D84"/>
    <w:rsid w:val="00300A68"/>
    <w:rsid w:val="00326F90"/>
    <w:rsid w:val="00362B6A"/>
    <w:rsid w:val="00383DCA"/>
    <w:rsid w:val="003974E9"/>
    <w:rsid w:val="003B4E85"/>
    <w:rsid w:val="003D20CC"/>
    <w:rsid w:val="00435688"/>
    <w:rsid w:val="00505D32"/>
    <w:rsid w:val="005334BB"/>
    <w:rsid w:val="00536ECB"/>
    <w:rsid w:val="00546291"/>
    <w:rsid w:val="00551146"/>
    <w:rsid w:val="00594D40"/>
    <w:rsid w:val="005956A3"/>
    <w:rsid w:val="00595DB9"/>
    <w:rsid w:val="005B43E8"/>
    <w:rsid w:val="005C48E1"/>
    <w:rsid w:val="006553F1"/>
    <w:rsid w:val="006A1853"/>
    <w:rsid w:val="007021C9"/>
    <w:rsid w:val="00732091"/>
    <w:rsid w:val="00732121"/>
    <w:rsid w:val="007D433C"/>
    <w:rsid w:val="00820000"/>
    <w:rsid w:val="00824471"/>
    <w:rsid w:val="00853444"/>
    <w:rsid w:val="00853A08"/>
    <w:rsid w:val="008912F1"/>
    <w:rsid w:val="008B5359"/>
    <w:rsid w:val="008C45C1"/>
    <w:rsid w:val="008D0A8B"/>
    <w:rsid w:val="0096596A"/>
    <w:rsid w:val="0097104D"/>
    <w:rsid w:val="00A15CE8"/>
    <w:rsid w:val="00AA1D8D"/>
    <w:rsid w:val="00AB1BA8"/>
    <w:rsid w:val="00AB6D66"/>
    <w:rsid w:val="00AD79A8"/>
    <w:rsid w:val="00B47730"/>
    <w:rsid w:val="00B76550"/>
    <w:rsid w:val="00BA000E"/>
    <w:rsid w:val="00BB7517"/>
    <w:rsid w:val="00BC004E"/>
    <w:rsid w:val="00C12BB6"/>
    <w:rsid w:val="00C31307"/>
    <w:rsid w:val="00C44DCB"/>
    <w:rsid w:val="00C909DF"/>
    <w:rsid w:val="00CB0332"/>
    <w:rsid w:val="00CB0664"/>
    <w:rsid w:val="00CD21BD"/>
    <w:rsid w:val="00CE3D62"/>
    <w:rsid w:val="00D22F88"/>
    <w:rsid w:val="00D40667"/>
    <w:rsid w:val="00D47640"/>
    <w:rsid w:val="00D71A5F"/>
    <w:rsid w:val="00DA64D7"/>
    <w:rsid w:val="00DD141D"/>
    <w:rsid w:val="00E73045"/>
    <w:rsid w:val="00EB5018"/>
    <w:rsid w:val="00F07339"/>
    <w:rsid w:val="00F209E7"/>
    <w:rsid w:val="00F60249"/>
    <w:rsid w:val="00FC067B"/>
    <w:rsid w:val="00FC693F"/>
    <w:rsid w:val="00FD0882"/>
    <w:rsid w:val="00FD1FEA"/>
    <w:rsid w:val="00FD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17D4D0"/>
  <w14:defaultImageDpi w14:val="300"/>
  <w15:docId w15:val="{AC8B1126-1B33-4274-A7F9-D37BC8D53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69" w:lineRule="auto"/>
    </w:pPr>
    <w:rPr>
      <w:rFonts w:ascii="Arial" w:eastAsia="Arial" w:hAnsi="Arial"/>
      <w:sz w:val="21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2E3439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E3439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5B6570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2E3439"/>
      <w:spacing w:val="5"/>
      <w:kern w:val="28"/>
      <w:sz w:val="4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rial" w:hAnsi="Arial"/>
      <w:color w:val="5B6570"/>
      <w:sz w:val="17"/>
    </w:rPr>
  </w:style>
  <w:style w:type="paragraph" w:customStyle="1" w:styleId="Legal">
    <w:name w:val="Legal"/>
    <w:pPr>
      <w:spacing w:after="60" w:line="252" w:lineRule="auto"/>
    </w:pPr>
    <w:rPr>
      <w:rFonts w:ascii="Arial" w:hAnsi="Arial"/>
      <w:sz w:val="18"/>
    </w:rPr>
  </w:style>
  <w:style w:type="paragraph" w:styleId="NormalnyWeb">
    <w:name w:val="Normal (Web)"/>
    <w:basedOn w:val="Normalny"/>
    <w:uiPriority w:val="99"/>
    <w:semiHidden/>
    <w:unhideWhenUsed/>
    <w:rsid w:val="003D20CC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131</Words>
  <Characters>792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Bezpieczny Dolnoślązak – świadomy, przygotowany, odporny</vt:lpstr>
      <vt:lpstr/>
    </vt:vector>
  </TitlesOfParts>
  <Manager/>
  <Company/>
  <LinksUpToDate>false</LinksUpToDate>
  <CharactersWithSpaces>922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Bezpieczny Dolnoślązak – świadomy, przygotowany, odporny</dc:title>
  <dc:subject>Regulamin i założenia programowe – VII edycja, rok szkolny 2026/2027</dc:subject>
  <dc:creator>Urząd Marszałkowski Województwa Dolnośląskiego</dc:creator>
  <cp:keywords>Bezpieczny Dolnoślązak, ochrona ludności, obrona cywilna, edukacja, odporność społeczna</cp:keywords>
  <dc:description>generated by python-docx</dc:description>
  <cp:lastModifiedBy>Agnieszka Bendyk</cp:lastModifiedBy>
  <cp:revision>4</cp:revision>
  <cp:lastPrinted>2026-09-11T11:17:00Z</cp:lastPrinted>
  <dcterms:created xsi:type="dcterms:W3CDTF">2026-09-11T11:17:00Z</dcterms:created>
  <dcterms:modified xsi:type="dcterms:W3CDTF">2026-10-09T10:42:00Z</dcterms:modified>
  <cp:category/>
</cp:coreProperties>
</file>